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פנס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"פנס קטן"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גם בחושך יש בנו מקורות אור – זיכרונות, קשרים ומילים טובות – שאפשר להדליק.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פותח ומניח, כמו שמיכה על מיטה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הולכים למקום שלא רואים אותם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מנורה קטנה שאפשר להחזיק ביד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שקט לגמרי, בלי תנועה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ללכת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לשמיכה אפורה וכבדה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פנס שאיש אינו רואה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גם בחושך יש בנו אור שאפשר 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"שאיש אינו רואה".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"האור אינו נמצא רק בשמש".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ליד מיטה, נר על שולחן.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🔦 פנס קטן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פנס קטן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יש חושך מוקדם.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כוכבים.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הרחוב 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בכל חלון יש אור קטן: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מנורה,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בלב יש אור קטן: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חיבוק, מילה טובה,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צחוק עם חברים.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כשחושך – אפשר להדליק את האור שבפנים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וללכת לאט, צעד אחרי צעד.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🛏️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פותח ומניח, כמו שמיכה על מיטה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מתחבאים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🙈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הולכים למקום שלא רואים אותם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קטנה שאפשר להחזיק ביד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דומם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לגמרי, בלי תנועה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ללכת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שקרה ואנחנו זוכרים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שקט לגמרי, בלי תנועה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מתחבאים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הולכים למקום שלא רואים אותם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ללכת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דומם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פותח ומניח, כמו שמיכה על מיטה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מנורה קטנה שאפשר להחזיק ביד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מושווה החושך בבית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לשמיכה אפורה וכבדה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סגור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לנר דולק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נמצא "בכל לב",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פנס שאיש אינו רואה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כוכב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חלון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בחורף אסור לצאת מהבית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גם בחושך יש בנו אור שאפשר להדליק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לקנות פנס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בשיר, הירח שוכח לבוא.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הפנס שבלב גלוי לכולם.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השיר, אור נמצא רק בשמש.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אילו אורות דולקים בחלונות?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"הפנס" שלכם: זיכרון, אדם או דבר קטן שמאיר לכם כשקשה. תארו אותו בעזרת שלושה חושים.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פנס קטן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