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פנס קטן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"פנס קטן" (שיר),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https://masa-pnima-horef.sites.tab.bot/p06.html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גם בחושך יש בנו מקורות אור – זיכרונות, קשרים ומילים טובות – שאפשר להדליק.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לשמיכה אפורה וכבדה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פנס שאיש אינו רואה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גם בחושך יש בנו אור שאפשר להדליק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פותח ומניח, כמו שמיכה על מיטה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הולכים למקום שלא רואים אותם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מנורה קטנה שאפשר להחזיק ביד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🔦 פנס קטן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פנס קטן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בחורף יש חושך מוקדם.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אין כוכבים.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הרחוב שקט.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אבל בכל חלון יש אור קטן: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מנורה, נר.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גם בלב יש אור קטן: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חיבוק, מילה טובה,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צחוק עם חברים.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כשחושך – אפשר להדליק את האור שבפנים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וללכת לאט, צעד אחרי צעד.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פורש  |  מתחבאים  |  פנס  |  דומם  |  לצעוד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למה מושווה החושך בבית הראשון?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לשמיכה אפורה וכבדה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לספר סגור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נמצא "בכל לב", לפי השיר?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כוכב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פנס שאיש אינו רואה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המסר של השיר?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בחורף אסור לצאת מהבית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גם בחושך יש בנו אור שאפשר להדליק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בשיר, הירח שוכח לבוא.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הפנס שבלב גלוי לכולם.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לפי השיר, אור נמצא רק בשמש.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פורש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מנורה קטנה שאפשר להחזיק ביד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מתחבאים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הולכים למקום שלא רואים אותם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פותח ומניח, כמו שמיכה על מיטה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על "הפנס" שלכם: זיכרון, אדם או דבר קטן שמאיר לכם כשקשה. תארו אותו בעזרת שלושה חושים.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פנס קטן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