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מכתב לעצמי</w:t>
      </w:r>
    </w:p>
    <w:p>
      <w:pPr>
        <w:bidi/>
        <w:jc w:val="right"/>
      </w:pPr>
      <w:r>
        <w:rPr>
          <w:rFonts w:ascii="Arial" w:hAnsi="Arial" w:cs="Arial"/>
          <w:sz w:val="24"/>
          <w:rtl/>
          <w:szCs w:val="24"/>
        </w:rPr>
        <w:t>• 🎯 מטרה: הבנת הקטע "מכתב לעצמי" (מכתב), זיהוי לשון ציורית, פרשנות וכתיבה רפלקטיבית: "המסע שלי פנימה".</w:t>
      </w:r>
    </w:p>
    <w:p>
      <w:pPr>
        <w:bidi/>
        <w:jc w:val="right"/>
      </w:pPr>
      <w:r>
        <w:rPr>
          <w:rFonts w:ascii="Arial" w:hAnsi="Arial" w:cs="Arial"/>
          <w:sz w:val="24"/>
          <w:rtl/>
          <w:szCs w:val="24"/>
        </w:rPr>
        <w:t>• ⏱️ זמן מומלץ: 35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https://masa-pnima-horef.sites.tab.bot/p05.html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רעיון מרכזי: מכתב לעצמנו עוזר לראות את הדרך, לקבל קשיים ולזכור שאנחנו ממשיכים לצמוח. מומלץ להקריא את הקטע בקול לפני העבודה.</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ליעל עצמה, בעוד שנה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לבקבוק שזורקים לים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לזכור שגם כשקשה, זה לא נשאר קשה לנצח</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ביום שבו ירד הגשם הראשון של השנה.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לדבר מול כל הכיתה.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יש לה חברה אחת שהיא ממש סומכת עליה.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היא כותבת שהיא לא חייבת להיות מושלמת.</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היא הרגישה זרה ולא במקומה, לא נוח, כמו שדג לא יכול להסתדר מחוץ למים.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כדי להזכיר לעצמה לקבל את עצמה עם הקשיים; מה שחשוב הוא ההתקדמות, לא השלמות.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דימוי – יעל מושווה לדג מחוץ למים – לא במקומה.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ניגוד – סערה מול שמש – קושי של היום מול תקווה למחר.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האנשה – לשמש ניתנה פעולה אנושית – הצצה.</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עמדה + שני נימוקים (למשל: לראות התקדמות, לעודד את עצמנו).</w:t>
            </w:r>
          </w:p>
        </w:tc>
      </w:tr>
      <w:tr>
        <w:tc>
          <w:tcPr>
            <w:tcW w:type="dxa" w:w="3475"/>
          </w:tcPr>
          <w:p>
            <w:pPr>
              <w:bidi/>
              <w:jc w:val="right"/>
            </w:pPr>
            <w:r>
              <w:rPr>
                <w:rFonts w:ascii="Arial" w:hAnsi="Arial" w:cs="Arial"/>
                <w:sz w:val="22"/>
                <w:rtl/>
                <w:szCs w:val="22"/>
              </w:rPr>
              <w:t>חלק 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תוכן אישי ורלוונטי, מבנה (פתיחה–אמצע–סיום), שימוש באמצעי ציורי אחד לפחות, לשון תקינה.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מכתב לעצמי – דף תרגול</w:t>
      </w:r>
    </w:p>
    <w:p>
      <w:pPr>
        <w:bidi/>
        <w:pStyle w:val="Heading3"/>
        <w:jc w:val="right"/>
      </w:pPr>
      <w:r>
        <w:rPr>
          <w:rFonts w:ascii="Arial" w:hAnsi="Arial" w:cs="Arial"/>
          <w:b/>
          <w:color w:val="333366"/>
          <w:sz w:val="26"/>
          <w:rtl/>
          <w:szCs w:val="26"/>
          <w:bCs/>
        </w:rPr>
        <w:t>📖 מכתב לעצמי</w:t>
      </w:r>
    </w:p>
    <w:p>
      <w:pPr>
        <w:bidi/>
        <w:jc w:val="right"/>
      </w:pPr>
      <w:r>
        <w:rPr>
          <w:rFonts w:ascii="Arial" w:hAnsi="Arial" w:cs="Arial"/>
          <w:sz w:val="24"/>
          <w:rtl/>
          <w:szCs w:val="24"/>
        </w:rPr>
        <w:t>יעל של החורף הבא, שלום!</w:t>
      </w:r>
    </w:p>
    <w:p>
      <w:pPr>
        <w:bidi/>
        <w:jc w:val="right"/>
      </w:pPr>
      <w:r>
        <w:rPr>
          <w:rFonts w:ascii="Arial" w:hAnsi="Arial" w:cs="Arial"/>
          <w:sz w:val="24"/>
          <w:rtl/>
          <w:szCs w:val="24"/>
        </w:rPr>
        <w:t>היום ירד הגשם הראשון של השנה, והחלטתי לכתוב לך. המורה אמרה שמכתב לעצמנו הוא כמו בקבוק שזורקים לים: לא יודעים מתי יגיע ולאן. אני מקווה שתמצאי אותו במגירה בדיוק בזמן.</w:t>
      </w:r>
    </w:p>
    <w:p>
      <w:pPr>
        <w:bidi/>
        <w:jc w:val="right"/>
      </w:pPr>
      <w:r>
        <w:rPr>
          <w:rFonts w:ascii="Arial" w:hAnsi="Arial" w:cs="Arial"/>
          <w:sz w:val="24"/>
          <w:rtl/>
          <w:szCs w:val="24"/>
        </w:rPr>
        <w:t>קודם כול, אני רוצה לספר לך מה מעסיק אותי עכשיו. התחלתי השנה כיתה חדשה, ובהתחלה הרגשתי כמו דג שהוציאו מהמים. היום אני כבר מכירה כמה בנות ובנים, ויש לי חברה אחת שאני ממש סומכת עליה. אני עדיין מתביישת לדבר מול כל הכיתה. אולי אצלך זה כבר השתנה?</w:t>
      </w:r>
    </w:p>
    <w:p>
      <w:pPr>
        <w:bidi/>
        <w:jc w:val="right"/>
      </w:pPr>
      <w:r>
        <w:rPr>
          <w:rFonts w:ascii="Arial" w:hAnsi="Arial" w:cs="Arial"/>
          <w:sz w:val="24"/>
          <w:rtl/>
          <w:szCs w:val="24"/>
        </w:rPr>
        <w:t>יש לי כמה שאלות אלייך: האם המשכת לנגן? האם את עדיין אוהבת לקרוא לפני השינה? ומה הדבר שהכי גרם לך גאווה השנה?</w:t>
      </w:r>
    </w:p>
    <w:p>
      <w:pPr>
        <w:bidi/>
        <w:jc w:val="right"/>
      </w:pPr>
      <w:r>
        <w:rPr>
          <w:rFonts w:ascii="Arial" w:hAnsi="Arial" w:cs="Arial"/>
          <w:sz w:val="24"/>
          <w:rtl/>
          <w:szCs w:val="24"/>
        </w:rPr>
        <w:t>ויש לי גם בקשה: אל תשכחי את מה שלמדתי בחודשים האחרונים – שגם כשקשה, זה לא נשאר קשה לנצח. כמו הגשם הזה: עכשיו הוא סוער, אבל מחר השמש תציץ בין העננים.</w:t>
      </w:r>
    </w:p>
    <w:p>
      <w:pPr>
        <w:bidi/>
        <w:jc w:val="right"/>
      </w:pPr>
      <w:r>
        <w:rPr>
          <w:rFonts w:ascii="Arial" w:hAnsi="Arial" w:cs="Arial"/>
          <w:sz w:val="24"/>
          <w:rtl/>
          <w:szCs w:val="24"/>
        </w:rPr>
        <w:t>אם משהו לא הסתדר כמו שרצית – זה בסדר. תהיי טובה אל עצמך. את לא חייבת להיות מושלמת, רק להמשיך לצמוח.</w:t>
      </w:r>
    </w:p>
    <w:p>
      <w:pPr>
        <w:bidi/>
        <w:jc w:val="right"/>
      </w:pPr>
      <w:r>
        <w:rPr>
          <w:rFonts w:ascii="Arial" w:hAnsi="Arial" w:cs="Arial"/>
          <w:sz w:val="24"/>
          <w:rtl/>
          <w:szCs w:val="24"/>
        </w:rPr>
        <w:t>באהבה,</w:t>
      </w:r>
    </w:p>
    <w:p>
      <w:pPr>
        <w:bidi/>
        <w:jc w:val="right"/>
      </w:pPr>
      <w:r>
        <w:rPr>
          <w:rFonts w:ascii="Arial" w:hAnsi="Arial" w:cs="Arial"/>
          <w:sz w:val="24"/>
          <w:rtl/>
          <w:szCs w:val="24"/>
        </w:rPr>
        <w:t>יעל של היום</w:t>
      </w:r>
    </w:p>
    <w:p>
      <w:pPr>
        <w:bidi/>
        <w:pStyle w:val="Heading2"/>
        <w:jc w:val="right"/>
      </w:pPr>
      <w:r>
        <w:rPr>
          <w:rFonts w:ascii="Arial" w:hAnsi="Arial" w:cs="Arial"/>
          <w:b/>
          <w:color w:val="0B7285"/>
          <w:sz w:val="32"/>
          <w:rtl/>
          <w:szCs w:val="32"/>
          <w:bCs/>
        </w:rPr>
        <w:t>חלק א׳ – איתור והבנה</w:t>
      </w:r>
    </w:p>
    <w:p>
      <w:pPr>
        <w:bidi/>
        <w:jc w:val="right"/>
      </w:pPr>
      <w:r>
        <w:rPr>
          <w:rFonts w:ascii="Arial" w:hAnsi="Arial" w:cs="Arial"/>
          <w:color w:val="555577"/>
          <w:sz w:val="24"/>
          <w:rtl/>
          <w:szCs w:val="24"/>
        </w:rPr>
        <w:t>הקיפו את התשובה הנכונה, וענו במשפט שלם.</w:t>
      </w:r>
    </w:p>
    <w:p>
      <w:pPr>
        <w:bidi/>
        <w:jc w:val="right"/>
      </w:pPr>
      <w:r>
        <w:rPr>
          <w:rFonts w:ascii="Arial" w:hAnsi="Arial" w:cs="Arial"/>
          <w:b/>
          <w:sz w:val="24"/>
          <w:rtl/>
          <w:szCs w:val="24"/>
          <w:bCs/>
        </w:rPr>
        <w:t>1. למי כתוב המכתב?</w:t>
      </w:r>
    </w:p>
    <w:p>
      <w:pPr>
        <w:bidi/>
        <w:jc w:val="right"/>
      </w:pPr>
      <w:r>
        <w:rPr>
          <w:rFonts w:ascii="Arial" w:hAnsi="Arial" w:cs="Arial"/>
          <w:sz w:val="24"/>
          <w:rtl/>
          <w:szCs w:val="24"/>
        </w:rPr>
        <w:t xml:space="preserve">   ◯ א. לחברה של יעל</w:t>
      </w:r>
    </w:p>
    <w:p>
      <w:pPr>
        <w:bidi/>
        <w:jc w:val="right"/>
      </w:pPr>
      <w:r>
        <w:rPr>
          <w:rFonts w:ascii="Arial" w:hAnsi="Arial" w:cs="Arial"/>
          <w:sz w:val="24"/>
          <w:rtl/>
          <w:szCs w:val="24"/>
        </w:rPr>
        <w:t xml:space="preserve">   ◯ ב. ליעל עצמה, בעוד שנה</w:t>
      </w:r>
    </w:p>
    <w:p>
      <w:pPr>
        <w:bidi/>
        <w:jc w:val="right"/>
      </w:pPr>
      <w:r>
        <w:rPr>
          <w:rFonts w:ascii="Arial" w:hAnsi="Arial" w:cs="Arial"/>
          <w:sz w:val="24"/>
          <w:rtl/>
          <w:szCs w:val="24"/>
        </w:rPr>
        <w:t xml:space="preserve">   ◯ ג. למורה</w:t>
      </w:r>
    </w:p>
    <w:p>
      <w:pPr>
        <w:bidi/>
        <w:jc w:val="right"/>
      </w:pPr>
      <w:r>
        <w:rPr>
          <w:rFonts w:ascii="Arial" w:hAnsi="Arial" w:cs="Arial"/>
          <w:b/>
          <w:sz w:val="24"/>
          <w:rtl/>
          <w:szCs w:val="24"/>
          <w:bCs/>
        </w:rPr>
        <w:t>2. למה המורה משווה מכתב לעצמנו?</w:t>
      </w:r>
    </w:p>
    <w:p>
      <w:pPr>
        <w:bidi/>
        <w:jc w:val="right"/>
      </w:pPr>
      <w:r>
        <w:rPr>
          <w:rFonts w:ascii="Arial" w:hAnsi="Arial" w:cs="Arial"/>
          <w:sz w:val="24"/>
          <w:rtl/>
          <w:szCs w:val="24"/>
        </w:rPr>
        <w:t xml:space="preserve">   ◯ א. לבקבוק שזורקים לים</w:t>
      </w:r>
    </w:p>
    <w:p>
      <w:pPr>
        <w:bidi/>
        <w:jc w:val="right"/>
      </w:pPr>
      <w:r>
        <w:rPr>
          <w:rFonts w:ascii="Arial" w:hAnsi="Arial" w:cs="Arial"/>
          <w:sz w:val="24"/>
          <w:rtl/>
          <w:szCs w:val="24"/>
        </w:rPr>
        <w:t xml:space="preserve">   ◯ ב. לספר בספרייה</w:t>
      </w:r>
    </w:p>
    <w:p>
      <w:pPr>
        <w:bidi/>
        <w:jc w:val="right"/>
      </w:pPr>
      <w:r>
        <w:rPr>
          <w:rFonts w:ascii="Arial" w:hAnsi="Arial" w:cs="Arial"/>
          <w:sz w:val="24"/>
          <w:rtl/>
          <w:szCs w:val="24"/>
        </w:rPr>
        <w:t xml:space="preserve">   ◯ ג. לשיר ברדיו</w:t>
      </w:r>
    </w:p>
    <w:p>
      <w:pPr>
        <w:bidi/>
        <w:jc w:val="right"/>
      </w:pPr>
      <w:r>
        <w:rPr>
          <w:rFonts w:ascii="Arial" w:hAnsi="Arial" w:cs="Arial"/>
          <w:b/>
          <w:sz w:val="24"/>
          <w:rtl/>
          <w:szCs w:val="24"/>
          <w:bCs/>
        </w:rPr>
        <w:t>3. מה הבקשה של יעל?</w:t>
      </w:r>
    </w:p>
    <w:p>
      <w:pPr>
        <w:bidi/>
        <w:jc w:val="right"/>
      </w:pPr>
      <w:r>
        <w:rPr>
          <w:rFonts w:ascii="Arial" w:hAnsi="Arial" w:cs="Arial"/>
          <w:sz w:val="24"/>
          <w:rtl/>
          <w:szCs w:val="24"/>
        </w:rPr>
        <w:t xml:space="preserve">   ◯ א. לזכור שגם כשקשה, זה לא נשאר קשה לנצח</w:t>
      </w:r>
    </w:p>
    <w:p>
      <w:pPr>
        <w:bidi/>
        <w:jc w:val="right"/>
      </w:pPr>
      <w:r>
        <w:rPr>
          <w:rFonts w:ascii="Arial" w:hAnsi="Arial" w:cs="Arial"/>
          <w:sz w:val="24"/>
          <w:rtl/>
          <w:szCs w:val="24"/>
        </w:rPr>
        <w:t xml:space="preserve">   ◯ ב. להפסיק לנגן</w:t>
      </w:r>
    </w:p>
    <w:p>
      <w:pPr>
        <w:bidi/>
        <w:jc w:val="right"/>
      </w:pPr>
      <w:r>
        <w:rPr>
          <w:rFonts w:ascii="Arial" w:hAnsi="Arial" w:cs="Arial"/>
          <w:sz w:val="24"/>
          <w:rtl/>
          <w:szCs w:val="24"/>
        </w:rPr>
        <w:t xml:space="preserve">   ◯ ג. לא לקרוא לפני השינה</w:t>
      </w:r>
    </w:p>
    <w:p>
      <w:pPr>
        <w:bidi/>
        <w:jc w:val="right"/>
      </w:pPr>
      <w:r>
        <w:rPr>
          <w:rFonts w:ascii="Arial" w:hAnsi="Arial" w:cs="Arial"/>
          <w:sz w:val="24"/>
          <w:rtl/>
          <w:szCs w:val="24"/>
        </w:rPr>
        <w:t>4. מתי כתבה יעל את המכתב?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מה עדיין קשה ליעל?</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נכון או לא נכון</w:t>
      </w:r>
    </w:p>
    <w:p>
      <w:pPr>
        <w:bidi/>
        <w:jc w:val="right"/>
      </w:pPr>
      <w:r>
        <w:rPr>
          <w:rFonts w:ascii="Arial" w:hAnsi="Arial" w:cs="Arial"/>
          <w:color w:val="555577"/>
          <w:sz w:val="24"/>
          <w:rtl/>
          <w:szCs w:val="24"/>
        </w:rPr>
        <w:t>סמנו ✓ במשבצת המתאימה. אם המשפט לא נכון – תקנו אותו בעל־פה או בשורה מתחת.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ליעל אין עדיין אף חברה בכיתה החדשה.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יעל שואלת אם היא עדיין מנגנת.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יעל מבקשת מעצמה להיות מושלמת.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פרשנות</w:t>
      </w:r>
    </w:p>
    <w:p>
      <w:pPr>
        <w:bidi/>
        <w:jc w:val="right"/>
      </w:pPr>
      <w:r>
        <w:rPr>
          <w:rFonts w:ascii="Arial" w:hAnsi="Arial" w:cs="Arial"/>
          <w:color w:val="555577"/>
          <w:sz w:val="24"/>
          <w:rtl/>
          <w:szCs w:val="24"/>
        </w:rPr>
        <w:t>ענו בשניים–שלושה משפטים. הביאו ראיה מהקטע.</w:t>
      </w:r>
    </w:p>
    <w:p>
      <w:pPr>
        <w:bidi/>
        <w:jc w:val="right"/>
      </w:pPr>
      <w:r>
        <w:rPr>
          <w:rFonts w:ascii="Arial" w:hAnsi="Arial" w:cs="Arial"/>
          <w:sz w:val="24"/>
          <w:rtl/>
          <w:szCs w:val="24"/>
        </w:rPr>
        <w:t>1. מה פירוש "הרגשתי כמו דג שהוציאו מהמים"?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למה, לדעתכם, יעל כותבת "את לא חייבת להיות מושלמת, רק להמשיך לצמוח"?</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ד׳ – לשון ציורית</w:t>
      </w:r>
    </w:p>
    <w:p>
      <w:pPr>
        <w:bidi/>
        <w:jc w:val="right"/>
      </w:pPr>
      <w:r>
        <w:rPr>
          <w:rFonts w:ascii="Arial" w:hAnsi="Arial" w:cs="Arial"/>
          <w:color w:val="555577"/>
          <w:sz w:val="24"/>
          <w:rtl/>
          <w:szCs w:val="24"/>
        </w:rPr>
        <w:t>לכל ביטוי כתבו את סוג האמצעי (דימוי / מטאפורה / האנשה / ניגוד / חזרה) ומה הוא מוסיף לקטע.</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הביטוי</w:t>
            </w:r>
          </w:p>
        </w:tc>
        <w:tc>
          <w:tcPr>
            <w:tcW w:type="dxa" w:w="2606"/>
            <w:shd w:val="clear" w:fill="D0EBFF"/>
          </w:tcPr>
          <w:p>
            <w:pPr>
              <w:bidi/>
              <w:jc w:val="right"/>
            </w:pPr>
            <w:r>
              <w:rPr>
                <w:rFonts w:ascii="Arial" w:hAnsi="Arial" w:cs="Arial"/>
                <w:b/>
                <w:sz w:val="22"/>
                <w:rtl/>
                <w:szCs w:val="22"/>
                <w:bCs/>
              </w:rPr>
              <w:t>סוג האמצעי</w:t>
            </w:r>
          </w:p>
        </w:tc>
        <w:tc>
          <w:tcPr>
            <w:tcW w:type="dxa" w:w="2606"/>
            <w:shd w:val="clear" w:fill="D0EBFF"/>
          </w:tcPr>
          <w:p>
            <w:pPr>
              <w:bidi/>
              <w:jc w:val="right"/>
            </w:pPr>
            <w:r>
              <w:rPr>
                <w:rFonts w:ascii="Arial" w:hAnsi="Arial" w:cs="Arial"/>
                <w:b/>
                <w:sz w:val="22"/>
                <w:rtl/>
                <w:szCs w:val="22"/>
                <w:bCs/>
              </w:rPr>
              <w:t>מה הוא מוסיף?</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הרגשתי כמו דג שהוציאו מהמים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עכשיו הוא סוער, אבל מחר השמש תציץ</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השמש תציץ בין העננים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ה׳ – הערכה</w:t>
      </w:r>
    </w:p>
    <w:p>
      <w:pPr>
        <w:bidi/>
        <w:jc w:val="right"/>
      </w:pPr>
      <w:r>
        <w:rPr>
          <w:rFonts w:ascii="Arial" w:hAnsi="Arial" w:cs="Arial"/>
          <w:color w:val="555577"/>
          <w:sz w:val="24"/>
          <w:rtl/>
          <w:szCs w:val="24"/>
        </w:rPr>
        <w:t>הביעו עמדה ונמקו.</w:t>
      </w:r>
    </w:p>
    <w:p>
      <w:pPr>
        <w:bidi/>
        <w:jc w:val="right"/>
      </w:pPr>
      <w:r>
        <w:rPr>
          <w:rFonts w:ascii="Arial" w:hAnsi="Arial" w:cs="Arial"/>
          <w:sz w:val="24"/>
          <w:rtl/>
          <w:szCs w:val="24"/>
        </w:rPr>
        <w:t>1. לדעתכם, האם כתיבת מכתב לעצמנו יכולה לעזור? איך?</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ו׳ – המסע שלי פנימה ✍️</w:t>
      </w:r>
    </w:p>
    <w:p>
      <w:pPr>
        <w:bidi/>
        <w:jc w:val="right"/>
      </w:pPr>
      <w:r>
        <w:rPr>
          <w:rFonts w:ascii="Arial" w:hAnsi="Arial" w:cs="Arial"/>
          <w:sz w:val="24"/>
          <w:rtl/>
          <w:szCs w:val="24"/>
        </w:rPr>
        <w:t>כתבו מכתב קצר לעצמכם של החורף הבא: מה מעסיק אתכם היום, שאלה אחת לעצמכם ובקשה אחת.</w:t>
      </w:r>
    </w:p>
    <w:p>
      <w:pPr>
        <w:bidi/>
        <w:jc w:val="right"/>
      </w:pPr>
      <w:r>
        <w:rPr>
          <w:rFonts w:ascii="Arial" w:hAnsi="Arial" w:cs="Arial"/>
          <w:sz w:val="24"/>
          <w:rtl/>
          <w:szCs w:val="24"/>
        </w:rPr>
        <w:t>• כתבו 6–10 שורות.</w:t>
      </w:r>
    </w:p>
    <w:p>
      <w:pPr>
        <w:bidi/>
        <w:jc w:val="right"/>
      </w:pPr>
      <w:r>
        <w:rPr>
          <w:rFonts w:ascii="Arial" w:hAnsi="Arial" w:cs="Arial"/>
          <w:sz w:val="24"/>
          <w:rtl/>
          <w:szCs w:val="24"/>
        </w:rPr>
        <w:t>• השתמשו לפחות בדימוי אחד או בהאנשה אחת.</w:t>
      </w:r>
    </w:p>
    <w:p>
      <w:pPr>
        <w:bidi/>
        <w:jc w:val="right"/>
      </w:pPr>
      <w:r>
        <w:rPr>
          <w:rFonts w:ascii="Arial" w:hAnsi="Arial" w:cs="Arial"/>
          <w:sz w:val="24"/>
          <w:rtl/>
          <w:szCs w:val="24"/>
        </w:rPr>
        <w:t>• אין צורך לשתף – הכתיבה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משפט אחד מהקטע שאני לוקח/ת איתי: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מילה אחת שמתארת איך הרגשתי בקריאה: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לעצמי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