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מכתב לעצמי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"מכתב לעצמי" (מכתב),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https://masa-pnima-horef.sites.tab.bot/p05.html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מכתב לעצמנו עוזר לראות את הדרך, לקבל קשיים ולזכור שאנחנו ממשיכים לצמוח.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משהו שחושבים עליו הרבה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בטוחה שאפשר להאמין למישהו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מרגישה לא נוח מול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הרגשה טובה על משהו שעשיתי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עם רוח וגשם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ליעל עצמה, בעוד שנה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לבקבוק שזורקים 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לזכור שגם כשקשה, זה לא נשאר קשה לנצח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יש לה חברה אחת שהיא ממש סומכת עליה.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כותבת שהיא לא חייבת להיות מושלמת.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שבו ירד הגשם הראשון של השנה.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מכתב לעצמי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מכתב לעצמי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יעל כותבת מכתב לעצמה. היא תקרא אותו בחורף הבא.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היום ירד הגשם הראשון.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יעל בכיתה חדשה. בהתחלה היה לה קשה.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עכשיו יש לה חברה טובה. אבל עדיין קשה לה לדבר מול הכיתה.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שואלת את עצמה: אני עדיין מנגנת? אני עדיין קוראת לפני השינה?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היא מבקשת לזכור: גם כשקשה – זה לא קשה לתמיד.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הגשם: היום סוער, ומחר יש שמש.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"תהיי טובה לעצמך. את לא צריכה להיות מושלמת."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מעסיק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שחושבים עליו הרבה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סומכת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בטוחה שאפשר להאמין למישהו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מתביישת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מרגישה לא נוח מול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גאווה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הרגשה טובה על משהו שעשיתי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סוער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⛈️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עם רוח וגשם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מושלמת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שום טעות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מעסיק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בטוחה שאפשר להאמין למישהו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סומכת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הרגשה טובה על משהו שעשיתי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מתביישת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עם רוח וגשם חזקים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גאווה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מרגישה לא נוח מול 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סוער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משהו שחושבים עליו הרבה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למי כתוב המכתב?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לחברה של 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ליעל עצמה, בעוד שנה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למורה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המורה משווה מכתב לעצמנו?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לבקבוק שזורקים 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לספר בספרייה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לשיר ברדיו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הבקשה של יעל?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לזכור שגם כשקשה, זה לא נשאר קשה לנצח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להפסיק לנגן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לקרוא לפני השינה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ליעל אין עדיין אף חברה בכיתה החדשה.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יעל שואלת אם היא עדיין מנגנת.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יעל מבקשת מעצמה להיות מושלמת.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מתי כתבה יעל את המכתב?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מכתב קצר לעצמכם של החורף הבא: מה מעסיק אתכם היום, שאלה אחת לעצמכם ובקשה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לעצמי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